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מהו ראיון ואילו סוגים קיימים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ולהציג הצגה עצמית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בענייה על שאלות נפוצות בעזרת דוגמאות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כלים פשוטים להרגעה לפני ואחרי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ומה מראיינים מחפשים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הזדמנות להראות מי אתה, לא מבחן עם תשובה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מוגדר ראיון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מראים, לכן הקול והבהירות הם הכול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ומה מראיינים מחפשים – מזהים סוגים ודברים שבודקים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מוטיבציה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ראיון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ראיון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ומה מראיינים מחפשים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ומה מראיינים מחפשים – מתאימים דבר להגדרה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(האם המקום מתאים לי ואני מתאים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(למה דווקא כאן ולמה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(איך אני מקשיב, מסביר ומגיב)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(איך אני בצוות ובקבוצה)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(עמידה בזמנים, יושרה ולמידה מטעויות)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הצגה עצמית ורושם ראשון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חיוך וקשר עין הם שפת גוף מקדמת שיוצרת רושם ראשון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מבט ברצפה הוא שפת גוף מעכבת, עדיף להסתכל למראיין או למראיינת.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חיוך גורם לצד השני להרגיש נעים ופתוח לשיחה.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הצגה עצמית ורושם ראשון – מזהים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בערך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הצגה עצמית ורושם ראשון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בונים הצגה עצמית ורושם ראשון –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(מעכבת)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מכירים את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(ספרו לי קצת על עצמכם)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החוזקה הכי גדולה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(ספרו על הצלחה שהייתה 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תרצו לעשות בעתיד)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(איך אתם עובדים עם חברים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בונים סיפור לפי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STAR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כותבים סיפור STAR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מצב אמיתי, למשל: חבר לא הבין שיעור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רציתי לעזור לו להבין את החומר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הסברתי לו שוב לאט ונתתי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הוא הבין וקיבל ציון טוב במבחן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שפת גוף, נשימה והתמודדות עם לחץ – מה אנחנו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דופק מהיר, ידיים קרות ו״פרפרים בבטן״ הם תגובה טבעית לרגע חשוב.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ולא להעלים אותו, כדי שיעזור לנו להיות ערניים.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שואפים באף במשך ארבע שניות.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״ע״ מייצגת את המילה ״עצור״.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תגובות גוף טבעיות לרגע מלחיץ.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שפת גוף, נשימה והתמודדות עם לחץ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דיבור עצמי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שפת גוף, נשימה והתמודדות עם לחץ – התאמת שיטות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(דיבור עצמי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שפת גוף, נשימה והתמודדות עם לחץ – מסדרים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 – רגע לפני שנכנסים או כשמרגישים שהלחץ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– מכווצים כפות ידיים לחמש שניות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– שאיפה עמוקה ונשיפה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מרגיע – ״התכוננתי. מותר להתרגש. אני יכול/ה.״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 – נכנסים לחדר ומתחילים בחיוך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לפי מצב: מגמה, תוכנית, עבודה ומלגה – מכירים מצבי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בראיון קבוצתי כמה מועמדים נמצאים יחד ועושים משימה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ראיון מקוון הוא שיחת וידאו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בטלפון לא רואים את הבגדים, לכן הכי חשוב הקול והדיבור הברור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נשימה איטית עוזרת לגוף להירגע לפני רגע מרגש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לפי מצב: מגמה, תוכנית, עבודה ומלגה – מתאימים הכנה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(להקשיב לחברים ולחברות ולעזור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(לבדוק שהחדר שקט והמצלמה מסודרת)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(לדבר לאט ובקול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(לספר על חוזקה אחת עם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(להסביר בפשטות למה מגיע לי הפרס)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לפי מצב: מגמה, תוכנית, עבודה ומלגה – כותבים על מצב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חוזקה או סיבה אמיתית, למשל אני אוהב/ת ללמוד דברים חדשים במחשב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למשל כמה פעמים בשבוע נפגשים בחוג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מנומסת, למשל תודה רבה על השיחה, אשמח לשמוע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שאלות למראיין והודעת תודה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שאלה טובה מראה עניין אמיתי במקום.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לבחור שאלה שמראה עניין אמיתי ולא שאלה שהתשובה כבר ידועה.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הודעת תודה קצרה ומכבדת נשלחת תמיד אחרי הראיון.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לבדוק כתיב ופנייה מכבדת לפני השליחה.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מטרה של היכרות הדדית, לא רק 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ההצגה כוללת שם, חוזקה עם דוגמה וסיבה לעניין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נשימה, עש״ן ד״ק או דיבור עצמי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שיעורים כמו מערכי השיעור באתר: רושם ראשון, שאלות קשות, ותרגול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עם קושי להשתמש בגרסת חנ״מ עם כרטיסי תמונה וצעדים פשוטים, ולעולים חדשים בגרסה עם ניקוד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תרגול בזוגות ובשלשות כדי לתרגל גם הקשבה וגם מתן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שיעור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שלב אחר שלב איך מתכוננים לראיון: מה הוא ראיון, איך בונים הצגה עצמית, איך עונים על שאלות ואיך נרגעים לפני שנכנסים. אפשר לעבוד לבד, בזוגות או בקבוצה קטנה, ולחזור לכל פרק כמה פעמים שצריך.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ראיון ומה מראיינים מחפשים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שיש לה תשובה נכונה אחת בלבד, כמו במבחן.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עם מטרה, שבה המקום מנסה להכיר אותך ואתה מנסה להכיר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טלפוני הקול והבהירות הם הדבר הכי חשוב.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ראיון ומה מראיינים מחפשים – מזהים סוגים ודברים שבודקים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מראיין שואל 'למה דווקא כאן ולמה עכשיו?' – מה הוא בודק בכך?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מוטיבציה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עבודת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ובגרות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ראיון מתקיים דרך שיחת וידאו מהבית?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סוג ראיון משתתפים כמה מועמדים יחד ומבצעים משימה 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ראיון ומה מראיינים מחפשים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ראיון __________ הוא שיחה בין מראיין אחד או ועדה קטנה למועמד אחד, ונמשך בדרך כלל 10–30 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בראיון __________ חשוב שהקול יהיה ברור, כי אין קשר עין או שפת גוף.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ראיון ומה מראיינים מחפשים – מתאימים דבר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למה דווקא כאן ולמה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מוטיבציה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עמידה בזמנים, יושרה ולמידה מטעויות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המקום מתאים לי ואני מתאים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עבודה עם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אני מקשיב, מסביר ומגיב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 ובגרות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אני בצוות ובקבוצה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הצגה עצמית ורושם ראשון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בהצגה עצמית חשוב לחייך ולהסתכל לעיניים.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להסתכל על הרצפה לאורך כל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הוא דוגמה לשפת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הצגה עצמית ורושם ראשון – מזהים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כדאי לכלול במשפט הראשון של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אכלתי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 אני הכי אוהב/ת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שם הכלב של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כדאי שתימשך הצגה עצמית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בערך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הצגה עצמית ורושם ראשון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בהצגה העצמית כדאי לספר על __________ אחת עם דוגמה שמוכיחה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שני בהצגה העצמית יכול לספר מאין הגעתי ו__________ הגעתי.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בונים הצגה עצמית ורושם ראשון – 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קשר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מבט קבוע ברצפה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ידיים רגועות לצד הגוף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 כפוף וראש מורכן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שאלות ושיטת STAR – מכירים את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 ועל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תרצו לעשות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חוזקות וחולשות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אתם עובדים עם חברים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ניסיון ודוגמאות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החוזקה הכי גדולה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חלומות ועתיד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ספרו לי קצת על עצמכם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צוות ויחסים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ספרו על הצלחה שהייתה 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מאגר שאלות ושיטת STAR – בונים סיפור לפי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S בשיטת STAR הכוונה היא ל-__________ (מה קרה בהתחלה)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באות T הכוונה היא ל-__________ (מה היה התפקיד שלי)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באות A הכוונה היא ל-__________ (מה עשיתי כדי לפתור)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סיפור STAR תמיד מספרים מה היה ה-__________ בסוף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כששואלים אתכם ספרו על פעם שהצלחתם במשהו כדאי לענות בשיטת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מאגר שאלות ושיטת STAR – כותבים סיפור STAR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על פעם שעזרתם לחבר או לחברה. כתבו מה היה המצב (S).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הייתה המשימה שלכם (T) באותו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איזו פעולה (A) עשיתם כדי לעזור.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מה הייתה התוצאה (R) בסוף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שפת גוף, נשימה והתמודדות עם לחץ – מה אנחנו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לפני ראיון הוא תגובה טבעית של הגוף.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היא להעלים לגמרי את הלחץ לפני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הנשימה המרגיעה שואפים אוויר דרך האף.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״ע״ בשיטת עש״ן ד״ק מייצגת את המילה ״עצבים״.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דופק מהיר וידיים קרות הם סימנים אפשריים ללחץ לפני 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שפת גוף, נשימה והתמודדות עם לחץ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הנשימה המרגיעה, נושפים לאט בפה במשך __________ שניות.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בשיטת עש״ן ד״ק, האות ״ד״ מייצגת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שפת גוף, נשימה והתמודדות עם לחץ – התאמת שיטות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עצמי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שפת גוף, נשימה והתמודדות עם לחץ – מסדרים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שרירים – מכווצים כפות ידיים לחמש שניות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– נכנסים לחדר ומתחילים בחיוך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עצור – רגע לפני שנכנסים או כשמרגישים שהלחץ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– שאיפה עמוקה ונשיפה ארוכה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מרגיע – ״התכוננתי. מותר להתרגש. אני יכול/ה.״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לפי מצב: מגמה, תוכנית, עבודה ומלגה – מכירים מצבי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קבוצתי יש כמה ילדים ביחד, לא רק ילד אחד או ילדה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עושים את השיחה דרך מצלמה ומחשב או טלפון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טלפוני הדבר הכי חשוב הוא הבגדים שלובשים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ראיון כדאי לנשום לאט כדי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לפי מצב: מגמה, תוכנית, עבודה ומלגה – מתאימים הכנה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קבוצתי להצטרפות לחוג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לבדוק שהחדר שקט והמצלמה מסודרת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מקוון דרך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להקשיב לחברים ולחברות ולעזור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טלפוני לעבודה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להסביר בפשטות למה מגיע לי הפרס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אישי להצטרפות למועדון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לדבר לאט ובקול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לקבלת פרס או מלגה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לספר על חוזקה אחת עם 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לפי מצב: מגמה, תוכנית, עבודה ומלגה – כותבים על מצב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רוצים להצטרף לחוג מחשבים. כתבו משפט אחד שמסביר למה אתם מתאימים לחוג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מי שמראיין אתכם לקראת הצטרפות לחוג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תודה קצר שהייתם אומרים בסוף ראיון טלפוני לעבודה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סיכום: שאלות למראיין והודעת תודה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כדאי לשאול לפחות שאלה אחת את המראיין/ת.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לשאול שאלה שהתשובה עליה כבר כתובה באתר של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תודה שולחים גם כשהראיון הלך טוב וגם כשהוא היה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ששולחים הודעת תודה אין צורך לבדוק כתיב.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זה ראיון ולמה עושים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להציג את עצמי בדקה אחת בצורה ברורה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לפחות דרך אחת להירגע לפני 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